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Name</w:t>
      </w:r>
    </w:p>
    <w:p>
      <w:r>
        <w:t>Town or city  |  07700 900000  |  firstname.lastname@email.com</w:t>
      </w:r>
    </w:p>
    <w:p>
      <w:r>
        <w:rPr>
          <w:i/>
          <w:color w:val="76767E"/>
          <w:sz w:val="17"/>
        </w:rPr>
        <w:t>Grey italic text is guidance: delete it all before you send. Replace every example with your own details. Use a sensible email address. No photo, date of birth or full address needed.</w:t>
      </w:r>
    </w:p>
    <w:p>
      <w:pPr>
        <w:pStyle w:val="Heading1"/>
      </w:pPr>
      <w:r>
        <w:t>Personal profile</w:t>
      </w:r>
    </w:p>
    <w:p>
      <w:r>
        <w:t>Year 11 student at [school name] predicted 9 GCSEs, looking for a [Saturday job / apprenticeship / first role] in [area]. Reliable, friendly and good with people, I [one thing you do outside school, e.g. help run my football team]. Available [days and times].</w:t>
      </w:r>
    </w:p>
    <w:p>
      <w:r>
        <w:rPr>
          <w:i/>
          <w:color w:val="76767E"/>
          <w:sz w:val="17"/>
        </w:rPr>
        <w:t>2–3 sentences: who you are now, what you want, one or two strengths with proof, and when you can work. No job history needed.</w:t>
      </w:r>
    </w:p>
    <w:p>
      <w:pPr>
        <w:pStyle w:val="Heading1"/>
      </w:pPr>
      <w:r>
        <w:t>Education</w:t>
      </w:r>
    </w:p>
    <w:p>
      <w:r>
        <w:t xml:space="preserve"> [School or college name], [Town]  |  [Start year]–[End year or 'present']</w:t>
      </w:r>
    </w:p>
    <w:p>
      <w:pPr>
        <w:pStyle w:val="ListBullet"/>
      </w:pPr>
      <w:r>
        <w:t>GCSEs (predicted): Maths 6, English Language 6, Science 6-6, [subject] [grade]</w:t>
      </w:r>
    </w:p>
    <w:p>
      <w:r>
        <w:rPr>
          <w:i/>
          <w:color w:val="76767E"/>
          <w:sz w:val="17"/>
        </w:rPr>
        <w:t>Newest first. Use 'predicted' if you're still studying. Add college courses, A levels or T Levels above GCSEs if you have them.</w:t>
      </w:r>
    </w:p>
    <w:p>
      <w:pPr>
        <w:pStyle w:val="Heading1"/>
      </w:pPr>
      <w:r>
        <w:t>Experience</w:t>
      </w:r>
    </w:p>
    <w:p>
      <w:r>
        <w:rPr>
          <w:i/>
          <w:color w:val="76767E"/>
          <w:sz w:val="17"/>
        </w:rPr>
        <w:t>Everything counts here, not just paid jobs. Pick 2–4 that suit the role. Start each line with an action word and say what you did.</w:t>
      </w:r>
    </w:p>
    <w:p>
      <w:pPr>
        <w:pStyle w:val="ListBullet"/>
      </w:pPr>
      <w:r>
        <w:rPr>
          <w:b/>
        </w:rPr>
        <w:t>Informal work — Family business, [year]:</w:t>
      </w:r>
      <w:r>
        <w:t xml:space="preserve"> Helped [5] customers a day in the family shop: served at the till and restocked shelves.</w:t>
      </w:r>
    </w:p>
    <w:p>
      <w:pPr>
        <w:pStyle w:val="ListBullet"/>
      </w:pPr>
      <w:r>
        <w:rPr>
          <w:b/>
        </w:rPr>
        <w:t>Babysitting, [year]–present:</w:t>
      </w:r>
      <w:r>
        <w:t xml:space="preserve"> Looked after two children aged 4 and 7 after school, every week for a year.</w:t>
      </w:r>
    </w:p>
    <w:p>
      <w:pPr>
        <w:pStyle w:val="ListBullet"/>
      </w:pPr>
      <w:r>
        <w:rPr>
          <w:b/>
        </w:rPr>
        <w:t>Volunteer — [Charity name], [year]:</w:t>
      </w:r>
      <w:r>
        <w:t xml:space="preserve"> Sorted donations and packed food parcels every Saturday morning.</w:t>
      </w:r>
    </w:p>
    <w:p>
      <w:pPr>
        <w:pStyle w:val="ListBullet"/>
      </w:pPr>
      <w:r>
        <w:rPr>
          <w:b/>
        </w:rPr>
        <w:t>School project — [Subject], [year]:</w:t>
      </w:r>
      <w:r>
        <w:t xml:space="preserve"> Led a team of four to design a [product], presented it to the year group.</w:t>
      </w:r>
    </w:p>
    <w:p>
      <w:pPr>
        <w:pStyle w:val="ListBullet"/>
      </w:pPr>
      <w:r>
        <w:rPr>
          <w:b/>
        </w:rPr>
        <w:t>Extracurricular — [Club or team], [year]–present:</w:t>
      </w:r>
      <w:r>
        <w:t xml:space="preserve"> Organised training kit and encouraged new players at weekly sessions.</w:t>
      </w:r>
    </w:p>
    <w:p>
      <w:pPr>
        <w:pStyle w:val="Heading1"/>
      </w:pPr>
      <w:r>
        <w:t>Skills</w:t>
      </w:r>
    </w:p>
    <w:p>
      <w:pPr>
        <w:pStyle w:val="ListBullet"/>
      </w:pPr>
      <w:r>
        <w:rPr>
          <w:b/>
        </w:rPr>
        <w:t>Teamwork —</w:t>
      </w:r>
      <w:r>
        <w:t xml:space="preserve"> explained a group task clearly so we finished on time [your example].</w:t>
      </w:r>
    </w:p>
    <w:p>
      <w:pPr>
        <w:pStyle w:val="ListBullet"/>
      </w:pPr>
      <w:r>
        <w:rPr>
          <w:b/>
        </w:rPr>
        <w:t>Problem solving —</w:t>
      </w:r>
      <w:r>
        <w:t xml:space="preserve"> sorted out a clash between two club fixtures by [your example].</w:t>
      </w:r>
    </w:p>
    <w:p>
      <w:pPr>
        <w:pStyle w:val="ListBullet"/>
      </w:pPr>
      <w:r>
        <w:rPr>
          <w:b/>
        </w:rPr>
        <w:t>Reliability —</w:t>
      </w:r>
      <w:r>
        <w:t xml:space="preserve"> 98% attendance this year.</w:t>
      </w:r>
    </w:p>
    <w:p>
      <w:pPr>
        <w:pStyle w:val="ListBullet"/>
      </w:pPr>
      <w:r>
        <w:rPr>
          <w:b/>
        </w:rPr>
        <w:t>Practical —</w:t>
      </w:r>
      <w:r>
        <w:t xml:space="preserve"> Microsoft Word, Excel and PowerPoint; [a language you speak].</w:t>
      </w:r>
    </w:p>
    <w:p>
      <w:r>
        <w:rPr>
          <w:i/>
          <w:color w:val="76767E"/>
          <w:sz w:val="17"/>
        </w:rPr>
        <w:t>Mix people skills and practical skills. Back each one with a real moment: a time you worked in a team, solved a problem or stuck at something hard.</w:t>
      </w:r>
    </w:p>
    <w:p>
      <w:pPr>
        <w:pStyle w:val="Heading1"/>
      </w:pPr>
      <w:r>
        <w:t>Achievements</w:t>
      </w:r>
    </w:p>
    <w:p>
      <w:pPr>
        <w:pStyle w:val="ListBullet"/>
      </w:pPr>
      <w:r>
        <w:t>[Attendance or punctuality award]  |  Duke of Edinburgh [Bronze], [year]  |  Grade [3] [instrument]  |  [Sports team or event]</w:t>
      </w:r>
    </w:p>
    <w:p>
      <w:r>
        <w:rPr>
          <w:i/>
          <w:color w:val="76767E"/>
          <w:sz w:val="17"/>
        </w:rPr>
        <w:t>People forget these, but they count: awards, DofE, music or dance grades, sports, first aid, prefect or school council roles.</w:t>
      </w:r>
    </w:p>
    <w:p>
      <w:pPr>
        <w:pStyle w:val="Heading1"/>
      </w:pPr>
      <w:r>
        <w:t>Interests</w:t>
      </w:r>
    </w:p>
    <w:p>
      <w:r>
        <w:t>[Interest] — say what you do, e.g. 'build and fix bikes', 'cook dinner for my family twice a week'.</w:t>
      </w:r>
    </w:p>
    <w:p>
      <w:r>
        <w:rPr>
          <w:i/>
          <w:color w:val="76767E"/>
          <w:sz w:val="17"/>
        </w:rPr>
        <w:t>1–2 lines. Pick interests that show a skill. Avoid just 'socialising' or 'watching TV'.</w:t>
      </w:r>
    </w:p>
    <w:p>
      <w:r>
        <w:t>References available on request.</w:t>
      </w:r>
    </w:p>
    <w:sectPr w:rsidR="00FC693F" w:rsidRPr="0006063C" w:rsidSect="00034616">
      <w:footerReference w:type="default" r:id="rId9"/>
      <w:pgSz w:w="11909" w:h="16834"/>
      <w:pgMar w:top="864" w:right="1080" w:bottom="864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502920" cy="3352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2920" cy="33528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center"/>
    </w:pPr>
    <w:r>
      <w:rPr>
        <w:color w:val="76767E"/>
        <w:sz w:val="14"/>
      </w:rPr>
      <w:t>Stop guessing your future. Start building it.  ·  shineai.tech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/>
      <w:color w:val="1F1F2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40"/>
      <w:outlineLvl w:val="0"/>
    </w:pPr>
    <w:rPr>
      <w:rFonts w:ascii="Arial" w:hAnsi="Arial"/>
      <w:b/>
      <w:bCs/>
      <w:i w:val="0"/>
      <w:color w:val="2D1B4E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</w:pPr>
    <w:rPr>
      <w:rFonts w:ascii="Arial" w:hAnsi="Arial"/>
      <w:b/>
      <w:i w:val="0"/>
      <w:color w:val="2D1B4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first CV template — Shine</dc:title>
  <dc:subject/>
  <dc:creator>Shine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